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A8F9B2" w14:textId="2BAD58E1" w:rsidR="00AA64DF" w:rsidRPr="00AF190A" w:rsidRDefault="00000000">
      <w:pPr>
        <w:tabs>
          <w:tab w:val="right" w:pos="9360"/>
        </w:tabs>
        <w:spacing w:after="360"/>
        <w:rPr>
          <w:lang w:val="sk-SK"/>
        </w:rPr>
      </w:pPr>
      <w:r w:rsidRPr="00AF190A">
        <w:rPr>
          <w:lang w:val="sk-SK"/>
        </w:rPr>
        <w:t xml:space="preserve">V Martine, </w:t>
      </w:r>
      <w:r w:rsidR="00AF190A" w:rsidRPr="00AF190A">
        <w:rPr>
          <w:lang w:val="sk-SK"/>
        </w:rPr>
        <w:t xml:space="preserve">dňa </w:t>
      </w:r>
      <w:r w:rsidR="009E3DFF">
        <w:rPr>
          <w:lang w:val="sk-SK"/>
        </w:rPr>
        <w:t>_________</w:t>
      </w:r>
      <w:r w:rsidR="00AF190A" w:rsidRPr="00AF190A">
        <w:rPr>
          <w:lang w:val="sk-SK"/>
        </w:rPr>
        <w:tab/>
      </w:r>
      <w:r w:rsidRPr="00AF190A">
        <w:rPr>
          <w:b/>
          <w:lang w:val="sk-SK"/>
        </w:rPr>
        <w:t>Miroslav Urbánek – MAX ŠPORT</w:t>
      </w:r>
    </w:p>
    <w:p w14:paraId="3D7FDB5C" w14:textId="77777777" w:rsidR="00AA64DF" w:rsidRPr="00AF190A" w:rsidRDefault="00000000">
      <w:pPr>
        <w:spacing w:after="120"/>
        <w:jc w:val="center"/>
        <w:rPr>
          <w:lang w:val="sk-SK"/>
        </w:rPr>
      </w:pPr>
      <w:r w:rsidRPr="00AF190A">
        <w:rPr>
          <w:b/>
          <w:lang w:val="sk-SK"/>
        </w:rPr>
        <w:t>Príloha č.1 FORMULÁR NA ODSTÚPENIE OD ZMLUVY ZO STRANY SPOTREBITEĽA</w:t>
      </w:r>
    </w:p>
    <w:p w14:paraId="6D0F2D03" w14:textId="77777777" w:rsidR="00AA64DF" w:rsidRPr="00AF190A" w:rsidRDefault="00000000">
      <w:pPr>
        <w:spacing w:after="480"/>
        <w:jc w:val="center"/>
        <w:rPr>
          <w:lang w:val="sk-SK"/>
        </w:rPr>
      </w:pPr>
      <w:r w:rsidRPr="00AF190A">
        <w:rPr>
          <w:sz w:val="20"/>
          <w:lang w:val="sk-SK"/>
        </w:rPr>
        <w:t>(vyplňte a zašlite tento formulár len v prípade, že si želáte od zmluvy odstúpiť)</w:t>
      </w:r>
    </w:p>
    <w:p w14:paraId="7A3ECF10" w14:textId="5BC8A3A8" w:rsidR="00AA64DF" w:rsidRPr="00AF190A" w:rsidRDefault="00000000" w:rsidP="00AF190A">
      <w:pPr>
        <w:spacing w:after="360"/>
        <w:ind w:right="4"/>
        <w:jc w:val="right"/>
        <w:rPr>
          <w:lang w:val="sk-SK"/>
        </w:rPr>
      </w:pPr>
      <w:r w:rsidRPr="00AF190A">
        <w:rPr>
          <w:b/>
          <w:lang w:val="sk-SK"/>
        </w:rPr>
        <w:t xml:space="preserve">číslo objednávky: </w:t>
      </w:r>
    </w:p>
    <w:p w14:paraId="569A8622" w14:textId="77777777" w:rsidR="00AA64DF" w:rsidRPr="00AF190A" w:rsidRDefault="00000000">
      <w:pPr>
        <w:spacing w:after="120"/>
        <w:rPr>
          <w:lang w:val="sk-SK"/>
        </w:rPr>
      </w:pPr>
      <w:r w:rsidRPr="00AF190A">
        <w:rPr>
          <w:b/>
          <w:u w:val="single"/>
          <w:lang w:val="sk-SK"/>
        </w:rPr>
        <w:t>Kupujúci:</w:t>
      </w:r>
    </w:p>
    <w:p w14:paraId="0118A0CB" w14:textId="4693F735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>meno a priezvisko, titul:</w:t>
      </w:r>
      <w:r w:rsidR="00AF190A" w:rsidRPr="00AF190A">
        <w:rPr>
          <w:lang w:val="sk-SK"/>
        </w:rPr>
        <w:t xml:space="preserve"> </w:t>
      </w:r>
      <w:r w:rsidR="00AF190A">
        <w:rPr>
          <w:lang w:val="sk-SK"/>
        </w:rPr>
        <w:t>_________________________________________________________________</w:t>
      </w:r>
    </w:p>
    <w:p w14:paraId="28DD4871" w14:textId="41A96FAD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 xml:space="preserve">adresa trvalého pobytu: </w:t>
      </w:r>
      <w:r w:rsidR="00AF190A">
        <w:rPr>
          <w:lang w:val="sk-SK"/>
        </w:rPr>
        <w:t>_________________________________________________________________</w:t>
      </w:r>
    </w:p>
    <w:p w14:paraId="4C30CF79" w14:textId="2623FFC9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 xml:space="preserve">tel. kontakt: </w:t>
      </w:r>
      <w:r w:rsidR="00AF190A">
        <w:rPr>
          <w:lang w:val="sk-SK"/>
        </w:rPr>
        <w:t>___________________________________________________________________________</w:t>
      </w:r>
    </w:p>
    <w:p w14:paraId="079431AF" w14:textId="4F1674A2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 xml:space="preserve">e-mailový kontakt: </w:t>
      </w:r>
      <w:r w:rsidR="00AF190A">
        <w:rPr>
          <w:lang w:val="sk-SK"/>
        </w:rPr>
        <w:t>_____________________________________________________________________</w:t>
      </w:r>
    </w:p>
    <w:p w14:paraId="5B42C4D7" w14:textId="77777777" w:rsidR="00AA64DF" w:rsidRPr="00AF190A" w:rsidRDefault="00000000">
      <w:pPr>
        <w:spacing w:before="360" w:after="360"/>
        <w:jc w:val="center"/>
        <w:rPr>
          <w:lang w:val="sk-SK"/>
        </w:rPr>
      </w:pPr>
      <w:r w:rsidRPr="00AF190A">
        <w:rPr>
          <w:b/>
          <w:lang w:val="sk-SK"/>
        </w:rPr>
        <w:t>ODSTUPUJE OD ZMLUVY UZAVRETEJ S</w:t>
      </w:r>
    </w:p>
    <w:p w14:paraId="2B8643C6" w14:textId="77777777" w:rsidR="00AA64DF" w:rsidRPr="00AF190A" w:rsidRDefault="00000000">
      <w:pPr>
        <w:spacing w:after="120"/>
        <w:rPr>
          <w:lang w:val="sk-SK"/>
        </w:rPr>
      </w:pPr>
      <w:r w:rsidRPr="00AF190A">
        <w:rPr>
          <w:b/>
          <w:u w:val="single"/>
          <w:lang w:val="sk-SK"/>
        </w:rPr>
        <w:t>Predávajúcim:</w:t>
      </w:r>
    </w:p>
    <w:p w14:paraId="58E2CA56" w14:textId="77777777" w:rsidR="00AA64DF" w:rsidRPr="00AF190A" w:rsidRDefault="00000000">
      <w:pPr>
        <w:spacing w:after="120"/>
        <w:rPr>
          <w:lang w:val="sk-SK"/>
        </w:rPr>
      </w:pPr>
      <w:r w:rsidRPr="00AF190A">
        <w:rPr>
          <w:b/>
          <w:lang w:val="sk-SK"/>
        </w:rPr>
        <w:t>Miroslav Urbánek – MAX ŠPORT,</w:t>
      </w:r>
    </w:p>
    <w:p w14:paraId="0F79230E" w14:textId="77777777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 xml:space="preserve">s miestom podnikania </w:t>
      </w:r>
      <w:proofErr w:type="spellStart"/>
      <w:r w:rsidRPr="00AF190A">
        <w:rPr>
          <w:lang w:val="sk-SK"/>
        </w:rPr>
        <w:t>Priekopská</w:t>
      </w:r>
      <w:proofErr w:type="spellEnd"/>
      <w:r w:rsidRPr="00AF190A">
        <w:rPr>
          <w:lang w:val="sk-SK"/>
        </w:rPr>
        <w:t xml:space="preserve"> 3691/76, 036 01 Martin, Slovenská republika,</w:t>
      </w:r>
    </w:p>
    <w:p w14:paraId="35429373" w14:textId="77777777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>IČO: 33928088, DIČ: 1020491197, IČ DPH: SK1020491197,</w:t>
      </w:r>
    </w:p>
    <w:p w14:paraId="561F6191" w14:textId="77777777" w:rsidR="00AA64DF" w:rsidRPr="00AF190A" w:rsidRDefault="00000000">
      <w:pPr>
        <w:spacing w:after="80"/>
        <w:rPr>
          <w:lang w:val="sk-SK"/>
        </w:rPr>
      </w:pPr>
      <w:r w:rsidRPr="00AF190A">
        <w:rPr>
          <w:lang w:val="sk-SK"/>
        </w:rPr>
        <w:t>zapísaný v živnostenskom registri vedenom Okresným úradom Martin,</w:t>
      </w:r>
    </w:p>
    <w:p w14:paraId="4224B866" w14:textId="655BE06A" w:rsidR="00AF190A" w:rsidRPr="00AF190A" w:rsidRDefault="00000000" w:rsidP="00AF190A">
      <w:pPr>
        <w:rPr>
          <w:lang w:val="sk-SK"/>
        </w:rPr>
      </w:pPr>
      <w:r w:rsidRPr="00AF190A">
        <w:rPr>
          <w:lang w:val="sk-SK"/>
        </w:rPr>
        <w:t>číslo živnostenského registra č. 50-5686</w:t>
      </w:r>
    </w:p>
    <w:p w14:paraId="10BD3A3F" w14:textId="77777777" w:rsidR="00AF190A" w:rsidRPr="00AF190A" w:rsidRDefault="00AF190A">
      <w:pPr>
        <w:rPr>
          <w:lang w:val="sk-SK"/>
        </w:rPr>
      </w:pPr>
      <w:r w:rsidRPr="00AF190A">
        <w:rPr>
          <w:lang w:val="sk-SK"/>
        </w:rPr>
        <w:br w:type="page"/>
      </w:r>
    </w:p>
    <w:p w14:paraId="0DBB4BE9" w14:textId="77777777" w:rsidR="00AA64DF" w:rsidRPr="00AF190A" w:rsidRDefault="00AA64DF" w:rsidP="00AF190A">
      <w:pPr>
        <w:rPr>
          <w:lang w:val="sk-SK"/>
        </w:rPr>
      </w:pPr>
    </w:p>
    <w:p w14:paraId="15C3017E" w14:textId="4970A693" w:rsidR="00AA64DF" w:rsidRPr="00AF190A" w:rsidRDefault="00000000" w:rsidP="00AF190A">
      <w:pPr>
        <w:tabs>
          <w:tab w:val="right" w:pos="9360"/>
        </w:tabs>
        <w:rPr>
          <w:lang w:val="sk-SK"/>
        </w:rPr>
      </w:pPr>
      <w:r w:rsidRPr="00AF190A">
        <w:rPr>
          <w:b/>
          <w:lang w:val="sk-SK"/>
        </w:rPr>
        <w:t xml:space="preserve">Dátum objednávky: </w:t>
      </w:r>
      <w:r w:rsidR="00AF190A">
        <w:rPr>
          <w:b/>
          <w:lang w:val="sk-SK"/>
        </w:rPr>
        <w:t>____________</w:t>
      </w:r>
      <w:r w:rsidRPr="00AF190A">
        <w:rPr>
          <w:b/>
          <w:lang w:val="sk-SK"/>
        </w:rPr>
        <w:tab/>
        <w:t xml:space="preserve">Dátum doručenia: </w:t>
      </w:r>
      <w:r w:rsidR="00AF190A">
        <w:rPr>
          <w:b/>
          <w:lang w:val="sk-SK"/>
        </w:rPr>
        <w:t>____________</w:t>
      </w:r>
    </w:p>
    <w:p w14:paraId="5B638E20" w14:textId="77777777" w:rsidR="00AF190A" w:rsidRPr="00AF190A" w:rsidRDefault="00AF190A">
      <w:pPr>
        <w:spacing w:after="240"/>
        <w:rPr>
          <w:b/>
          <w:lang w:val="sk-SK"/>
        </w:rPr>
      </w:pPr>
    </w:p>
    <w:p w14:paraId="751CE97B" w14:textId="46704067" w:rsidR="00AA64DF" w:rsidRPr="00AF190A" w:rsidRDefault="00000000">
      <w:pPr>
        <w:spacing w:after="240"/>
        <w:rPr>
          <w:lang w:val="sk-SK"/>
        </w:rPr>
      </w:pPr>
      <w:r w:rsidRPr="00AF190A">
        <w:rPr>
          <w:b/>
          <w:lang w:val="sk-SK"/>
        </w:rPr>
        <w:t>Informácie o tovare, ktorý podlieha vráteniu: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8"/>
        <w:gridCol w:w="2160"/>
        <w:gridCol w:w="2592"/>
      </w:tblGrid>
      <w:tr w:rsidR="00AA64DF" w:rsidRPr="00AF190A" w14:paraId="3134B08A" w14:textId="77777777">
        <w:trPr>
          <w:jc w:val="center"/>
        </w:trPr>
        <w:tc>
          <w:tcPr>
            <w:tcW w:w="4608" w:type="dxa"/>
          </w:tcPr>
          <w:p w14:paraId="7136020D" w14:textId="77777777" w:rsidR="00AA64DF" w:rsidRPr="00AF190A" w:rsidRDefault="00000000">
            <w:pPr>
              <w:spacing w:before="80" w:after="80"/>
              <w:jc w:val="center"/>
              <w:rPr>
                <w:lang w:val="sk-SK"/>
              </w:rPr>
            </w:pPr>
            <w:r w:rsidRPr="00AF190A">
              <w:rPr>
                <w:b/>
                <w:lang w:val="sk-SK"/>
              </w:rPr>
              <w:t>NÁZOV TOVARU</w:t>
            </w:r>
          </w:p>
        </w:tc>
        <w:tc>
          <w:tcPr>
            <w:tcW w:w="2160" w:type="dxa"/>
          </w:tcPr>
          <w:p w14:paraId="3FF99BFE" w14:textId="77777777" w:rsidR="00AA64DF" w:rsidRPr="00AF190A" w:rsidRDefault="00000000">
            <w:pPr>
              <w:spacing w:before="80" w:after="80"/>
              <w:jc w:val="center"/>
              <w:rPr>
                <w:lang w:val="sk-SK"/>
              </w:rPr>
            </w:pPr>
            <w:r w:rsidRPr="00AF190A">
              <w:rPr>
                <w:b/>
                <w:lang w:val="sk-SK"/>
              </w:rPr>
              <w:t>MNOŽSTVO</w:t>
            </w:r>
          </w:p>
        </w:tc>
        <w:tc>
          <w:tcPr>
            <w:tcW w:w="2592" w:type="dxa"/>
          </w:tcPr>
          <w:p w14:paraId="65E22F12" w14:textId="77777777" w:rsidR="00AA64DF" w:rsidRPr="00AF190A" w:rsidRDefault="00000000">
            <w:pPr>
              <w:spacing w:before="80" w:after="80"/>
              <w:jc w:val="center"/>
              <w:rPr>
                <w:lang w:val="sk-SK"/>
              </w:rPr>
            </w:pPr>
            <w:r w:rsidRPr="00AF190A">
              <w:rPr>
                <w:b/>
                <w:lang w:val="sk-SK"/>
              </w:rPr>
              <w:t>CENA s DPH</w:t>
            </w:r>
          </w:p>
        </w:tc>
      </w:tr>
      <w:tr w:rsidR="00AA64DF" w:rsidRPr="00AF190A" w14:paraId="1AEB1B64" w14:textId="77777777">
        <w:trPr>
          <w:jc w:val="center"/>
        </w:trPr>
        <w:tc>
          <w:tcPr>
            <w:tcW w:w="4608" w:type="dxa"/>
          </w:tcPr>
          <w:p w14:paraId="4D65604B" w14:textId="1550523F" w:rsidR="00AA64DF" w:rsidRPr="00AF190A" w:rsidRDefault="00AA64DF">
            <w:pPr>
              <w:spacing w:before="80" w:after="80"/>
              <w:rPr>
                <w:lang w:val="sk-SK"/>
              </w:rPr>
            </w:pPr>
          </w:p>
        </w:tc>
        <w:tc>
          <w:tcPr>
            <w:tcW w:w="2160" w:type="dxa"/>
          </w:tcPr>
          <w:p w14:paraId="452C05FF" w14:textId="456FEE96" w:rsidR="00AA64DF" w:rsidRPr="00AF190A" w:rsidRDefault="00AA64DF">
            <w:pPr>
              <w:spacing w:before="80" w:after="80"/>
              <w:jc w:val="center"/>
              <w:rPr>
                <w:lang w:val="sk-SK"/>
              </w:rPr>
            </w:pPr>
          </w:p>
        </w:tc>
        <w:tc>
          <w:tcPr>
            <w:tcW w:w="2592" w:type="dxa"/>
          </w:tcPr>
          <w:p w14:paraId="44EEDEEE" w14:textId="7220D711" w:rsidR="00AA64DF" w:rsidRPr="00AF190A" w:rsidRDefault="00AA64DF">
            <w:pPr>
              <w:spacing w:before="80" w:after="80"/>
              <w:jc w:val="center"/>
              <w:rPr>
                <w:lang w:val="sk-SK"/>
              </w:rPr>
            </w:pPr>
          </w:p>
        </w:tc>
      </w:tr>
      <w:tr w:rsidR="00AF190A" w:rsidRPr="00AF190A" w14:paraId="306A18AF" w14:textId="77777777">
        <w:trPr>
          <w:jc w:val="center"/>
        </w:trPr>
        <w:tc>
          <w:tcPr>
            <w:tcW w:w="4608" w:type="dxa"/>
          </w:tcPr>
          <w:p w14:paraId="527395B1" w14:textId="77777777" w:rsidR="00AF190A" w:rsidRPr="00AF190A" w:rsidRDefault="00AF190A">
            <w:pPr>
              <w:spacing w:before="80" w:after="80"/>
              <w:rPr>
                <w:lang w:val="sk-SK"/>
              </w:rPr>
            </w:pPr>
          </w:p>
        </w:tc>
        <w:tc>
          <w:tcPr>
            <w:tcW w:w="2160" w:type="dxa"/>
          </w:tcPr>
          <w:p w14:paraId="37429812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  <w:tc>
          <w:tcPr>
            <w:tcW w:w="2592" w:type="dxa"/>
          </w:tcPr>
          <w:p w14:paraId="10D0AC2E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</w:tr>
      <w:tr w:rsidR="00AF190A" w:rsidRPr="00AF190A" w14:paraId="339D0BFF" w14:textId="77777777">
        <w:trPr>
          <w:jc w:val="center"/>
        </w:trPr>
        <w:tc>
          <w:tcPr>
            <w:tcW w:w="4608" w:type="dxa"/>
          </w:tcPr>
          <w:p w14:paraId="00C373E7" w14:textId="77777777" w:rsidR="00AF190A" w:rsidRPr="00AF190A" w:rsidRDefault="00AF190A">
            <w:pPr>
              <w:spacing w:before="80" w:after="80"/>
              <w:rPr>
                <w:lang w:val="sk-SK"/>
              </w:rPr>
            </w:pPr>
          </w:p>
        </w:tc>
        <w:tc>
          <w:tcPr>
            <w:tcW w:w="2160" w:type="dxa"/>
          </w:tcPr>
          <w:p w14:paraId="654214B8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  <w:tc>
          <w:tcPr>
            <w:tcW w:w="2592" w:type="dxa"/>
          </w:tcPr>
          <w:p w14:paraId="3321D2B4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</w:tr>
      <w:tr w:rsidR="00AF190A" w:rsidRPr="00AF190A" w14:paraId="2089D5D3" w14:textId="77777777">
        <w:trPr>
          <w:jc w:val="center"/>
        </w:trPr>
        <w:tc>
          <w:tcPr>
            <w:tcW w:w="4608" w:type="dxa"/>
          </w:tcPr>
          <w:p w14:paraId="52BA69FF" w14:textId="77777777" w:rsidR="00AF190A" w:rsidRPr="00AF190A" w:rsidRDefault="00AF190A">
            <w:pPr>
              <w:spacing w:before="80" w:after="80"/>
              <w:rPr>
                <w:lang w:val="sk-SK"/>
              </w:rPr>
            </w:pPr>
          </w:p>
        </w:tc>
        <w:tc>
          <w:tcPr>
            <w:tcW w:w="2160" w:type="dxa"/>
          </w:tcPr>
          <w:p w14:paraId="54813C38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  <w:tc>
          <w:tcPr>
            <w:tcW w:w="2592" w:type="dxa"/>
          </w:tcPr>
          <w:p w14:paraId="7CF00F59" w14:textId="77777777" w:rsidR="00AF190A" w:rsidRPr="00AF190A" w:rsidRDefault="00AF190A">
            <w:pPr>
              <w:spacing w:before="80" w:after="80"/>
              <w:jc w:val="center"/>
              <w:rPr>
                <w:lang w:val="sk-SK"/>
              </w:rPr>
            </w:pPr>
          </w:p>
        </w:tc>
      </w:tr>
    </w:tbl>
    <w:p w14:paraId="48869761" w14:textId="77777777" w:rsidR="00AA64DF" w:rsidRPr="00AF190A" w:rsidRDefault="00AA64DF">
      <w:pPr>
        <w:spacing w:before="240" w:after="120"/>
        <w:rPr>
          <w:lang w:val="sk-SK"/>
        </w:rPr>
      </w:pPr>
    </w:p>
    <w:p w14:paraId="6E6A4C16" w14:textId="1761F78B" w:rsidR="00AA64DF" w:rsidRPr="00AF190A" w:rsidRDefault="00000000">
      <w:pPr>
        <w:spacing w:after="120"/>
        <w:rPr>
          <w:lang w:val="sk-SK"/>
        </w:rPr>
      </w:pPr>
      <w:r w:rsidRPr="00AF190A">
        <w:rPr>
          <w:b/>
          <w:lang w:val="sk-SK"/>
        </w:rPr>
        <w:t xml:space="preserve">Celková cena objednaného tovaru: </w:t>
      </w:r>
      <w:r w:rsidR="00AF190A">
        <w:rPr>
          <w:b/>
          <w:lang w:val="sk-SK"/>
        </w:rPr>
        <w:t>______________________________________________________</w:t>
      </w:r>
    </w:p>
    <w:p w14:paraId="477B738B" w14:textId="77777777" w:rsidR="00AF190A" w:rsidRDefault="00AF190A" w:rsidP="00AF190A">
      <w:pPr>
        <w:spacing w:after="0"/>
        <w:rPr>
          <w:b/>
          <w:lang w:val="sk-SK"/>
        </w:rPr>
      </w:pPr>
    </w:p>
    <w:p w14:paraId="069F5A30" w14:textId="77777777" w:rsidR="00AF190A" w:rsidRDefault="00AF190A" w:rsidP="00AF190A">
      <w:pPr>
        <w:spacing w:after="0"/>
        <w:rPr>
          <w:b/>
          <w:lang w:val="sk-SK"/>
        </w:rPr>
      </w:pPr>
    </w:p>
    <w:p w14:paraId="7EF5DEC0" w14:textId="60B8CB0D" w:rsidR="00AA64DF" w:rsidRPr="00AF190A" w:rsidRDefault="00000000" w:rsidP="00AF190A">
      <w:pPr>
        <w:spacing w:after="0"/>
        <w:rPr>
          <w:b/>
          <w:lang w:val="sk-SK"/>
        </w:rPr>
      </w:pPr>
      <w:r w:rsidRPr="00AF190A">
        <w:rPr>
          <w:b/>
          <w:lang w:val="sk-SK"/>
        </w:rPr>
        <w:t>Celková cena, ktorá má byť vrátená:</w:t>
      </w:r>
      <w:r w:rsidR="00AF190A">
        <w:rPr>
          <w:b/>
          <w:lang w:val="sk-SK"/>
        </w:rPr>
        <w:t xml:space="preserve"> ____________________________________________________</w:t>
      </w:r>
    </w:p>
    <w:p w14:paraId="48F287C4" w14:textId="77777777" w:rsidR="00AF190A" w:rsidRDefault="00AF190A" w:rsidP="00AF190A">
      <w:pPr>
        <w:spacing w:after="0"/>
        <w:rPr>
          <w:lang w:val="sk-SK"/>
        </w:rPr>
      </w:pPr>
    </w:p>
    <w:p w14:paraId="6B2E243C" w14:textId="77777777" w:rsidR="00AF190A" w:rsidRPr="00AF190A" w:rsidRDefault="00AF190A" w:rsidP="00AF190A">
      <w:pPr>
        <w:spacing w:after="0"/>
        <w:rPr>
          <w:lang w:val="sk-SK"/>
        </w:rPr>
      </w:pPr>
    </w:p>
    <w:p w14:paraId="396F6835" w14:textId="77777777" w:rsidR="00AA64DF" w:rsidRPr="00AF190A" w:rsidRDefault="00000000">
      <w:pPr>
        <w:spacing w:after="240"/>
        <w:rPr>
          <w:lang w:val="sk-SK"/>
        </w:rPr>
      </w:pPr>
      <w:r w:rsidRPr="00AF190A">
        <w:rPr>
          <w:b/>
          <w:lang w:val="sk-SK"/>
        </w:rPr>
        <w:t>Spôsob vrátenia finančných prostriedkov:</w:t>
      </w:r>
    </w:p>
    <w:p w14:paraId="01FD87DC" w14:textId="3F8A39C8" w:rsidR="00AA64DF" w:rsidRPr="00AF190A" w:rsidRDefault="00000000">
      <w:pPr>
        <w:spacing w:after="240"/>
        <w:ind w:left="720"/>
        <w:rPr>
          <w:lang w:val="sk-SK"/>
        </w:rPr>
      </w:pPr>
      <w:r w:rsidRPr="00AF190A">
        <w:rPr>
          <w:lang w:val="sk-SK"/>
        </w:rPr>
        <w:t>a.) bezhotovostným prevodom na bankový účet</w:t>
      </w:r>
      <w:r w:rsidR="00AF190A">
        <w:rPr>
          <w:lang w:val="sk-SK"/>
        </w:rPr>
        <w:t>:</w:t>
      </w:r>
    </w:p>
    <w:p w14:paraId="4A319455" w14:textId="530DE8D4" w:rsidR="00AF190A" w:rsidRPr="00AF190A" w:rsidRDefault="00AF190A" w:rsidP="00AF190A">
      <w:pPr>
        <w:ind w:left="720"/>
        <w:rPr>
          <w:b/>
          <w:lang w:val="sk-SK"/>
        </w:rPr>
      </w:pPr>
      <w:r w:rsidRPr="00AF190A">
        <w:rPr>
          <w:b/>
          <w:lang w:val="sk-SK"/>
        </w:rPr>
        <w:t>Číslo účtu: ____________________________________________________________________</w:t>
      </w:r>
    </w:p>
    <w:p w14:paraId="7775AE36" w14:textId="57AA0221" w:rsidR="00AF190A" w:rsidRPr="00AF190A" w:rsidRDefault="00AF190A" w:rsidP="00AF190A">
      <w:pPr>
        <w:ind w:left="720"/>
        <w:rPr>
          <w:b/>
          <w:lang w:val="sk-SK"/>
        </w:rPr>
      </w:pPr>
      <w:r w:rsidRPr="00AF190A">
        <w:rPr>
          <w:b/>
          <w:lang w:val="sk-SK"/>
        </w:rPr>
        <w:t>Meno majiteľa účtu: ___________________________________________________________</w:t>
      </w:r>
      <w:r>
        <w:rPr>
          <w:b/>
          <w:lang w:val="sk-SK"/>
        </w:rPr>
        <w:t>_</w:t>
      </w:r>
    </w:p>
    <w:p w14:paraId="320223F7" w14:textId="47D125CB" w:rsidR="00AF190A" w:rsidRDefault="00000000" w:rsidP="00AF190A">
      <w:pPr>
        <w:ind w:left="720"/>
        <w:rPr>
          <w:lang w:val="sk-SK"/>
        </w:rPr>
      </w:pPr>
      <w:r w:rsidRPr="00AF190A">
        <w:rPr>
          <w:lang w:val="sk-SK"/>
        </w:rPr>
        <w:t xml:space="preserve">b.) poštovým </w:t>
      </w:r>
      <w:r w:rsidR="00AF190A" w:rsidRPr="00AF190A">
        <w:rPr>
          <w:lang w:val="sk-SK"/>
        </w:rPr>
        <w:t>poukazom</w:t>
      </w:r>
      <w:r w:rsidRPr="00AF190A">
        <w:rPr>
          <w:lang w:val="sk-SK"/>
        </w:rPr>
        <w:t xml:space="preserve"> na adresu:</w:t>
      </w:r>
    </w:p>
    <w:p w14:paraId="00F497A9" w14:textId="426AE28B" w:rsidR="00AF190A" w:rsidRPr="00AF190A" w:rsidRDefault="00AF190A" w:rsidP="00AF190A">
      <w:pPr>
        <w:ind w:left="720"/>
        <w:rPr>
          <w:b/>
          <w:bCs/>
          <w:lang w:val="sk-SK"/>
        </w:rPr>
      </w:pPr>
      <w:r w:rsidRPr="00AF190A">
        <w:rPr>
          <w:b/>
          <w:bCs/>
          <w:lang w:val="sk-SK"/>
        </w:rPr>
        <w:t>Adresa:</w:t>
      </w:r>
      <w:r w:rsidRPr="00AF190A">
        <w:rPr>
          <w:b/>
          <w:bCs/>
          <w:lang w:val="sk-SK"/>
        </w:rPr>
        <w:br/>
        <w:t>______________________________</w:t>
      </w:r>
      <w:r w:rsidRPr="00AF190A">
        <w:rPr>
          <w:b/>
          <w:bCs/>
          <w:lang w:val="sk-SK"/>
        </w:rPr>
        <w:br/>
        <w:t>______________________________</w:t>
      </w:r>
      <w:r w:rsidRPr="00AF190A">
        <w:rPr>
          <w:b/>
          <w:bCs/>
          <w:lang w:val="sk-SK"/>
        </w:rPr>
        <w:br/>
        <w:t>______________________________</w:t>
      </w:r>
      <w:r w:rsidRPr="00AF190A">
        <w:rPr>
          <w:b/>
          <w:bCs/>
          <w:lang w:val="sk-SK"/>
        </w:rPr>
        <w:br/>
        <w:t>______________________________</w:t>
      </w:r>
    </w:p>
    <w:p w14:paraId="3A5C74C9" w14:textId="77777777" w:rsidR="00AF190A" w:rsidRPr="00AF190A" w:rsidRDefault="00AF190A" w:rsidP="00AF190A">
      <w:pPr>
        <w:ind w:left="720"/>
        <w:rPr>
          <w:lang w:val="sk-SK"/>
        </w:rPr>
      </w:pPr>
    </w:p>
    <w:p w14:paraId="16BC543E" w14:textId="07DF59A2" w:rsidR="00AA64DF" w:rsidRPr="00AF190A" w:rsidRDefault="00000000">
      <w:pPr>
        <w:tabs>
          <w:tab w:val="center" w:pos="7920"/>
        </w:tabs>
        <w:spacing w:before="720"/>
        <w:rPr>
          <w:lang w:val="sk-SK"/>
        </w:rPr>
      </w:pPr>
      <w:r w:rsidRPr="00AF190A">
        <w:rPr>
          <w:lang w:val="sk-SK"/>
        </w:rPr>
        <w:t>Dátum:</w:t>
      </w:r>
      <w:r w:rsidR="009E3DFF">
        <w:rPr>
          <w:lang w:val="sk-SK"/>
        </w:rPr>
        <w:t xml:space="preserve"> _____________</w:t>
      </w:r>
      <w:r w:rsidRPr="00AF190A">
        <w:rPr>
          <w:lang w:val="sk-SK"/>
        </w:rPr>
        <w:tab/>
        <w:t>______________________</w:t>
      </w:r>
      <w:r w:rsidRPr="00AF190A">
        <w:rPr>
          <w:lang w:val="sk-SK"/>
        </w:rPr>
        <w:br/>
      </w:r>
      <w:r w:rsidRPr="00AF190A">
        <w:rPr>
          <w:lang w:val="sk-SK"/>
        </w:rPr>
        <w:tab/>
        <w:t>podpis kupujúceho</w:t>
      </w:r>
    </w:p>
    <w:sectPr w:rsidR="00AA64DF" w:rsidRPr="00AF190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3979363">
    <w:abstractNumId w:val="8"/>
  </w:num>
  <w:num w:numId="2" w16cid:durableId="1273585484">
    <w:abstractNumId w:val="6"/>
  </w:num>
  <w:num w:numId="3" w16cid:durableId="1292518163">
    <w:abstractNumId w:val="5"/>
  </w:num>
  <w:num w:numId="4" w16cid:durableId="529073380">
    <w:abstractNumId w:val="4"/>
  </w:num>
  <w:num w:numId="5" w16cid:durableId="1975330041">
    <w:abstractNumId w:val="7"/>
  </w:num>
  <w:num w:numId="6" w16cid:durableId="1980453067">
    <w:abstractNumId w:val="3"/>
  </w:num>
  <w:num w:numId="7" w16cid:durableId="376316633">
    <w:abstractNumId w:val="2"/>
  </w:num>
  <w:num w:numId="8" w16cid:durableId="605040508">
    <w:abstractNumId w:val="1"/>
  </w:num>
  <w:num w:numId="9" w16cid:durableId="14971069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7EA1"/>
    <w:rsid w:val="0015074B"/>
    <w:rsid w:val="0029639D"/>
    <w:rsid w:val="00326F90"/>
    <w:rsid w:val="009E3DFF"/>
    <w:rsid w:val="00AA1D8D"/>
    <w:rsid w:val="00AA64DF"/>
    <w:rsid w:val="00AF190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3AA026"/>
  <w14:defaultImageDpi w14:val="300"/>
  <w15:docId w15:val="{A413DB86-B9BE-1F43-B5EC-016CF8E5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Times New Roman" w:hAnsi="Times New Roman"/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STUD - Adriana Holecová</cp:lastModifiedBy>
  <cp:revision>2</cp:revision>
  <dcterms:created xsi:type="dcterms:W3CDTF">2013-12-23T23:15:00Z</dcterms:created>
  <dcterms:modified xsi:type="dcterms:W3CDTF">2026-08-28T14:09:00Z</dcterms:modified>
  <cp:category/>
</cp:coreProperties>
</file>